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15"/>
        <w:gridCol w:w="5686"/>
      </w:tblGrid>
      <w:tr w:rsidR="00CF692E" w14:paraId="3FAADE9F" w14:textId="77777777" w:rsidTr="00802F99">
        <w:trPr>
          <w:trHeight w:val="1585"/>
        </w:trPr>
        <w:tc>
          <w:tcPr>
            <w:tcW w:w="2115" w:type="dxa"/>
          </w:tcPr>
          <w:p w14:paraId="048EBE20" w14:textId="77777777" w:rsidR="00CF692E" w:rsidRDefault="00000000">
            <w:r>
              <w:rPr>
                <w:noProof/>
              </w:rPr>
              <w:drawing>
                <wp:inline distT="0" distB="0" distL="0" distR="0" wp14:anchorId="4E3898E7" wp14:editId="6C4EBDFE">
                  <wp:extent cx="972000" cy="97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6" w:type="dxa"/>
          </w:tcPr>
          <w:p w14:paraId="7320780F" w14:textId="15669D12" w:rsidR="00CF692E" w:rsidRDefault="00000000" w:rsidP="00802F99">
            <w:pPr>
              <w:spacing w:before="160"/>
              <w:jc w:val="center"/>
            </w:pPr>
            <w:r w:rsidRPr="00802F99">
              <w:rPr>
                <w:b/>
              </w:rPr>
              <w:t>T.C.</w:t>
            </w:r>
            <w:r w:rsidRPr="00802F99">
              <w:rPr>
                <w:b/>
              </w:rPr>
              <w:br/>
            </w:r>
            <w:r>
              <w:rPr>
                <w:b/>
              </w:rPr>
              <w:t>KAHRAMANMARAŞ SÜTÇÜ İMAM</w:t>
            </w:r>
            <w:r w:rsidR="00802F99">
              <w:rPr>
                <w:b/>
              </w:rPr>
              <w:t xml:space="preserve"> </w:t>
            </w:r>
            <w:r>
              <w:rPr>
                <w:b/>
              </w:rPr>
              <w:t>ÜNİVERSİTESİ</w:t>
            </w:r>
            <w:r>
              <w:rPr>
                <w:b/>
              </w:rPr>
              <w:br/>
              <w:t>LİSANSÜSTÜ EĞİTİM ENSTİTÜSÜ</w:t>
            </w:r>
            <w:r>
              <w:rPr>
                <w:b/>
              </w:rPr>
              <w:br/>
            </w:r>
          </w:p>
        </w:tc>
      </w:tr>
    </w:tbl>
    <w:p w14:paraId="192B4751" w14:textId="6DF3AE78" w:rsidR="00CF692E" w:rsidRPr="00802F99" w:rsidRDefault="00802F99" w:rsidP="00802F99">
      <w:pPr>
        <w:pBdr>
          <w:bottom w:val="single" w:sz="10" w:space="0" w:color="C59C57"/>
        </w:pBdr>
        <w:spacing w:after="420"/>
        <w:jc w:val="center"/>
        <w:rPr>
          <w:b/>
          <w:bCs/>
        </w:rPr>
      </w:pPr>
      <w:r w:rsidRPr="00802F99">
        <w:rPr>
          <w:b/>
          <w:bCs/>
        </w:rPr>
        <w:t xml:space="preserve">KAYIT </w:t>
      </w:r>
      <w:r w:rsidR="003D60E2">
        <w:rPr>
          <w:b/>
          <w:bCs/>
        </w:rPr>
        <w:t>SİLDİRME</w:t>
      </w:r>
      <w:r w:rsidRPr="00802F99">
        <w:rPr>
          <w:b/>
          <w:bCs/>
        </w:rPr>
        <w:t xml:space="preserve"> DİLEKÇESİ</w:t>
      </w:r>
    </w:p>
    <w:p w14:paraId="525C0CB8" w14:textId="77777777" w:rsidR="00CF692E" w:rsidRDefault="00000000">
      <w:pPr>
        <w:spacing w:after="480"/>
        <w:jc w:val="center"/>
      </w:pPr>
      <w:r>
        <w:rPr>
          <w:b/>
        </w:rPr>
        <w:t>LİSANSÜSTÜ EĞİTİM ENSTİTÜSÜ MÜDÜRLÜĞÜNE</w:t>
      </w:r>
    </w:p>
    <w:p w14:paraId="3305C1D7" w14:textId="77777777" w:rsidR="003D60E2" w:rsidRDefault="003D60E2" w:rsidP="003D60E2">
      <w:pPr>
        <w:spacing w:after="240"/>
        <w:ind w:firstLine="720"/>
        <w:jc w:val="both"/>
      </w:pPr>
      <w:r>
        <w:t>Enstitünüzün ................................................ Ana Bilim Dalında ................................ numaralı Tezsiz Yüksek Lisans/Tezli Yüksek Lisans/Doktora programı öğrencisiyim. ................................................ nedeniyle kendi isteğimle kaydımı sildirmek istiyorum.</w:t>
      </w:r>
    </w:p>
    <w:p w14:paraId="0C8C8CEA" w14:textId="1797BBA1" w:rsidR="00CF692E" w:rsidRDefault="00000000" w:rsidP="003D60E2">
      <w:pPr>
        <w:spacing w:after="240"/>
        <w:ind w:firstLine="720"/>
        <w:jc w:val="both"/>
      </w:pPr>
      <w:r>
        <w:t>Gereğini saygılarımla arz ederim.      .... / .... / 202..</w:t>
      </w:r>
    </w:p>
    <w:p w14:paraId="71A176C4" w14:textId="77777777" w:rsidR="003D60E2" w:rsidRDefault="003D60E2" w:rsidP="003D60E2">
      <w:pPr>
        <w:spacing w:after="240"/>
        <w:ind w:firstLine="720"/>
        <w:jc w:val="both"/>
      </w:pPr>
    </w:p>
    <w:p w14:paraId="05CACFD5" w14:textId="07B5EB41" w:rsidR="003D60E2" w:rsidRDefault="003D60E2" w:rsidP="003D60E2">
      <w:pPr>
        <w:spacing w:after="240"/>
        <w:ind w:firstLine="720"/>
        <w:jc w:val="both"/>
      </w:pPr>
      <w:r>
        <w:rPr>
          <w:color w:val="000000" w:themeColor="text1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 w:themeColor="text1"/>
          <w:sz w:val="20"/>
          <w:szCs w:val="20"/>
        </w:rPr>
        <w:instrText xml:space="preserve"> FORMCHECKBOX </w:instrText>
      </w:r>
      <w:r>
        <w:rPr>
          <w:color w:val="000000" w:themeColor="text1"/>
          <w:sz w:val="20"/>
          <w:szCs w:val="20"/>
        </w:rPr>
      </w:r>
      <w:r>
        <w:rPr>
          <w:color w:val="000000" w:themeColor="text1"/>
          <w:sz w:val="20"/>
          <w:szCs w:val="20"/>
        </w:rPr>
        <w:fldChar w:fldCharType="separate"/>
      </w:r>
      <w:r>
        <w:rPr>
          <w:color w:val="000000" w:themeColor="text1"/>
          <w:sz w:val="20"/>
          <w:szCs w:val="20"/>
        </w:rPr>
        <w:fldChar w:fldCharType="end"/>
      </w:r>
      <w:r w:rsidRPr="001D40A9">
        <w:rPr>
          <w:color w:val="000000" w:themeColor="text1"/>
          <w:sz w:val="28"/>
          <w:szCs w:val="18"/>
        </w:rPr>
        <w:t xml:space="preserve"> </w:t>
      </w:r>
      <w:r>
        <w:t xml:space="preserve"> Ana Bilim Dalı Başkanlığı ve Kütüphane Dokümantasyon Daire Başkanlığına ait emanet kitap borcumun bulunmadığını beyan ederim.</w:t>
      </w:r>
    </w:p>
    <w:p w14:paraId="78FB3B87" w14:textId="77777777" w:rsidR="00221031" w:rsidRDefault="00221031" w:rsidP="00221031">
      <w:pPr>
        <w:ind w:left="4253" w:firstLine="1559"/>
      </w:pPr>
      <w:r>
        <w:t>Adı soyadı :  .......................................</w:t>
      </w:r>
    </w:p>
    <w:p w14:paraId="351FF2FD" w14:textId="09CC2D87" w:rsidR="00221031" w:rsidRDefault="00221031" w:rsidP="00221031">
      <w:pPr>
        <w:ind w:left="4253" w:firstLine="1559"/>
      </w:pPr>
      <w:r>
        <w:t>İmza           :  .......................................</w:t>
      </w:r>
    </w:p>
    <w:p w14:paraId="122CF10C" w14:textId="77777777" w:rsidR="00221031" w:rsidRDefault="00221031" w:rsidP="00221031">
      <w:pPr>
        <w:rPr>
          <w:b/>
        </w:rPr>
      </w:pPr>
    </w:p>
    <w:p w14:paraId="152FBBA4" w14:textId="77777777" w:rsidR="00221031" w:rsidRDefault="00221031" w:rsidP="00221031">
      <w:pPr>
        <w:rPr>
          <w:b/>
        </w:rPr>
      </w:pPr>
    </w:p>
    <w:p w14:paraId="22B238F5" w14:textId="2CD86E73" w:rsidR="00CF692E" w:rsidRDefault="00000000" w:rsidP="00221031">
      <w:r>
        <w:rPr>
          <w:b/>
        </w:rPr>
        <w:t xml:space="preserve">Adres : </w:t>
      </w:r>
      <w:r>
        <w:t>...........................................................................................</w:t>
      </w:r>
    </w:p>
    <w:p w14:paraId="2A3FC7A7" w14:textId="77777777" w:rsidR="00CF692E" w:rsidRDefault="00000000" w:rsidP="00221031">
      <w:r>
        <w:rPr>
          <w:b/>
        </w:rPr>
        <w:t xml:space="preserve">GSM : </w:t>
      </w:r>
      <w:r>
        <w:t>............................................................................................</w:t>
      </w:r>
    </w:p>
    <w:p w14:paraId="6BDB116E" w14:textId="7B4F50B7" w:rsidR="00CF692E" w:rsidRDefault="00000000" w:rsidP="00221031">
      <w:pPr>
        <w:rPr>
          <w:b/>
        </w:rPr>
      </w:pPr>
      <w:r>
        <w:rPr>
          <w:b/>
        </w:rPr>
        <w:t xml:space="preserve">E-posta : </w:t>
      </w:r>
      <w:r>
        <w:t>........................................................................................</w:t>
      </w:r>
    </w:p>
    <w:p w14:paraId="64B98D02" w14:textId="77777777" w:rsidR="00802F99" w:rsidRPr="00802F99" w:rsidRDefault="00802F99" w:rsidP="00802F99"/>
    <w:p w14:paraId="2C949E77" w14:textId="77777777" w:rsidR="00802F99" w:rsidRPr="00802F99" w:rsidRDefault="00802F99" w:rsidP="00802F99"/>
    <w:p w14:paraId="1AF8CE15" w14:textId="183209E5" w:rsidR="00802F99" w:rsidRPr="00802F99" w:rsidRDefault="00802F99" w:rsidP="00802F99">
      <w:r w:rsidRPr="00221031">
        <w:rPr>
          <w:b/>
          <w:bCs/>
        </w:rPr>
        <w:t>Ek:</w:t>
      </w:r>
      <w:r>
        <w:t xml:space="preserve"> </w:t>
      </w:r>
      <w:r w:rsidR="003D60E2">
        <w:t>Öğrenci Kimliği</w:t>
      </w:r>
    </w:p>
    <w:sectPr w:rsidR="00802F99" w:rsidRPr="00802F99" w:rsidSect="00034616">
      <w:pgSz w:w="11906" w:h="16838"/>
      <w:pgMar w:top="822" w:right="1219" w:bottom="822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9755991">
    <w:abstractNumId w:val="8"/>
  </w:num>
  <w:num w:numId="2" w16cid:durableId="2049139998">
    <w:abstractNumId w:val="6"/>
  </w:num>
  <w:num w:numId="3" w16cid:durableId="67771614">
    <w:abstractNumId w:val="5"/>
  </w:num>
  <w:num w:numId="4" w16cid:durableId="408693459">
    <w:abstractNumId w:val="4"/>
  </w:num>
  <w:num w:numId="5" w16cid:durableId="431322069">
    <w:abstractNumId w:val="7"/>
  </w:num>
  <w:num w:numId="6" w16cid:durableId="1029642688">
    <w:abstractNumId w:val="3"/>
  </w:num>
  <w:num w:numId="7" w16cid:durableId="208031467">
    <w:abstractNumId w:val="2"/>
  </w:num>
  <w:num w:numId="8" w16cid:durableId="1287084308">
    <w:abstractNumId w:val="1"/>
  </w:num>
  <w:num w:numId="9" w16cid:durableId="25246978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2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64F6"/>
    <w:rsid w:val="0015074B"/>
    <w:rsid w:val="00221031"/>
    <w:rsid w:val="0029639D"/>
    <w:rsid w:val="00326F90"/>
    <w:rsid w:val="003D60E2"/>
    <w:rsid w:val="00802F99"/>
    <w:rsid w:val="00AA1D8D"/>
    <w:rsid w:val="00B47730"/>
    <w:rsid w:val="00CB0664"/>
    <w:rsid w:val="00CF69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806F89"/>
  <w14:defaultImageDpi w14:val="300"/>
  <w15:docId w15:val="{BE8FD7D6-ACFA-CE45-BD40-E230AD144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zulkufaydemir4646@hotmail.com</cp:lastModifiedBy>
  <cp:revision>2</cp:revision>
  <dcterms:created xsi:type="dcterms:W3CDTF">2026-09-24T09:02:00Z</dcterms:created>
  <dcterms:modified xsi:type="dcterms:W3CDTF">2026-09-24T09:02:00Z</dcterms:modified>
  <cp:category/>
</cp:coreProperties>
</file>